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F290" w14:textId="77777777" w:rsidR="00E22330" w:rsidRPr="007073CF" w:rsidRDefault="00000000" w:rsidP="007073CF">
      <w:pPr>
        <w:pStyle w:val="Tytu"/>
        <w:spacing w:before="0" w:after="0" w:line="360" w:lineRule="auto"/>
        <w:rPr>
          <w:rFonts w:ascii="Arial Narrow" w:hAnsi="Arial Narrow"/>
          <w:color w:val="006600"/>
        </w:rPr>
      </w:pPr>
      <w:r w:rsidRPr="007073CF">
        <w:rPr>
          <w:rFonts w:ascii="Arial Narrow" w:hAnsi="Arial Narrow"/>
          <w:color w:val="006600"/>
        </w:rPr>
        <w:t>O nas - tekst do odczytu maszynowego</w:t>
      </w:r>
    </w:p>
    <w:p w14:paraId="670614FB" w14:textId="77777777" w:rsidR="007073CF" w:rsidRDefault="007073CF" w:rsidP="007073CF">
      <w:pPr>
        <w:spacing w:after="0" w:line="360" w:lineRule="auto"/>
        <w:rPr>
          <w:rFonts w:ascii="Arial Narrow" w:hAnsi="Arial Narrow"/>
          <w:b/>
        </w:rPr>
      </w:pPr>
    </w:p>
    <w:p w14:paraId="669D2799" w14:textId="1E9C2361" w:rsidR="00E22330" w:rsidRPr="007073CF" w:rsidRDefault="00000000" w:rsidP="007073CF">
      <w:pPr>
        <w:spacing w:after="0" w:line="360" w:lineRule="auto"/>
        <w:rPr>
          <w:rFonts w:ascii="Arial Narrow" w:hAnsi="Arial Narrow"/>
        </w:rPr>
      </w:pPr>
      <w:r w:rsidRPr="007073CF">
        <w:rPr>
          <w:rFonts w:ascii="Arial Narrow" w:hAnsi="Arial Narrow"/>
          <w:b/>
        </w:rPr>
        <w:t>Szkoła Podstawowa nr 13 im. Stefanii Sempołowskiej w Pabianicach</w:t>
      </w:r>
    </w:p>
    <w:p w14:paraId="3604F5A5" w14:textId="77777777" w:rsidR="00E22330" w:rsidRPr="007073CF" w:rsidRDefault="00000000" w:rsidP="007073CF">
      <w:pPr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Poniżej znajdują się najważniejsze informacje o szkole, jej ofercie, dostępności budynku i sposobach kontaktu.</w:t>
      </w:r>
    </w:p>
    <w:p w14:paraId="77509C58" w14:textId="77777777" w:rsidR="00E22330" w:rsidRPr="007073CF" w:rsidRDefault="00000000" w:rsidP="007073CF">
      <w:pPr>
        <w:pStyle w:val="Nagwek1"/>
      </w:pPr>
      <w:r w:rsidRPr="007073CF">
        <w:t>Informacje o szkole</w:t>
      </w:r>
    </w:p>
    <w:p w14:paraId="6A8AE144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Adres: ul. Jana Pawła II 16, 95-200 Pabianice.</w:t>
      </w:r>
    </w:p>
    <w:p w14:paraId="6CF0CCEF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Szkoła znajduje się na osiedlu Piaski.</w:t>
      </w:r>
    </w:p>
    <w:p w14:paraId="6CF2E7DB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Szkoła jest placówką publiczną i prowadzi bezpłatne nauczanie.</w:t>
      </w:r>
    </w:p>
    <w:p w14:paraId="3DB5A04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Uczniowie są przyjmowani zgodnie z obowiązującymi zasadami rekrutacji.</w:t>
      </w:r>
    </w:p>
    <w:p w14:paraId="7BD307B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Nauczanie odbywa się zgodnie z podstawą programową i programami nauczania.</w:t>
      </w:r>
    </w:p>
    <w:p w14:paraId="69DC6A65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Nauczyciele posiadają wymagane kwalifikacje.</w:t>
      </w:r>
    </w:p>
    <w:p w14:paraId="47EAA066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Ocenianie, klasyfikowanie i promowanie uczniów odbywa się zgodnie z obowiązującymi przepisami.</w:t>
      </w:r>
    </w:p>
    <w:p w14:paraId="0F183EA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szkole organizowane są sprawdziany i egzaminy przewidziane w przepisach oświatowych.</w:t>
      </w:r>
    </w:p>
    <w:p w14:paraId="3027443C" w14:textId="77777777" w:rsidR="00E22330" w:rsidRPr="007073CF" w:rsidRDefault="00000000" w:rsidP="007073CF">
      <w:pPr>
        <w:pStyle w:val="Nagwek1"/>
      </w:pPr>
      <w:r w:rsidRPr="007073CF">
        <w:t>Dojazd i dostępność budynku</w:t>
      </w:r>
    </w:p>
    <w:p w14:paraId="6D718FE8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Do szkoły można dojechać autobusami linii 3 i 5.</w:t>
      </w:r>
    </w:p>
    <w:p w14:paraId="38AA9684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Najbliższe przystanki to „Jana Pawła II/Bardowskiego” oraz „Grabowa/Jana Pawła II”.</w:t>
      </w:r>
    </w:p>
    <w:p w14:paraId="035D1AB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Przystanki znajdują się około 200 metrów od szkoły.</w:t>
      </w:r>
    </w:p>
    <w:p w14:paraId="25D60937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Do wejścia głównego prowadzą schody oraz podjazd dla osób z niepełnosprawnościami.</w:t>
      </w:r>
    </w:p>
    <w:p w14:paraId="1F2C41B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Budynek jest częściowo dostępny dla osób z niepełnosprawnościami.</w:t>
      </w:r>
    </w:p>
    <w:p w14:paraId="7FE124C6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budynku nie ma windy ani platformy przyschodowej.</w:t>
      </w:r>
    </w:p>
    <w:p w14:paraId="7B4CBB55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Osoby poruszające się na wózku mogą korzystać z pomieszczeń na parterze.</w:t>
      </w:r>
    </w:p>
    <w:p w14:paraId="49BBB26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budynku nie ma toalety dostosowanej do potrzeb osób z niepełnosprawnościami.</w:t>
      </w:r>
    </w:p>
    <w:p w14:paraId="40B6E88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Do budynku można wejść z psem asystującym lub psem przewodnikiem.</w:t>
      </w:r>
    </w:p>
    <w:p w14:paraId="4402C90C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Szkoła nie zapewnia tłumacza polskiego języka migowego na miejscu.</w:t>
      </w:r>
    </w:p>
    <w:p w14:paraId="39E7BAEF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szkole nie ma pętli indukcyjnej.</w:t>
      </w:r>
    </w:p>
    <w:p w14:paraId="09FB3A0B" w14:textId="77777777" w:rsidR="00E22330" w:rsidRPr="007073CF" w:rsidRDefault="00000000" w:rsidP="007073CF">
      <w:pPr>
        <w:pStyle w:val="Nagwek1"/>
      </w:pPr>
      <w:r w:rsidRPr="007073CF">
        <w:lastRenderedPageBreak/>
        <w:t>Oferta edukacyjna</w:t>
      </w:r>
    </w:p>
    <w:p w14:paraId="05EE7BF6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Szkoła bierze udział w programach edukacyjnych i społecznych.</w:t>
      </w:r>
    </w:p>
    <w:p w14:paraId="2916362E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Organizujemy konkursy, w których uczniowie mogą rozwijać swoje zainteresowania.</w:t>
      </w:r>
    </w:p>
    <w:p w14:paraId="542943D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Budynek szkoły i jego najbliższe otoczenie są monitorowane.</w:t>
      </w:r>
    </w:p>
    <w:p w14:paraId="4E1BC992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Zajęcia rozpoczynają się o godzinie 8:00.</w:t>
      </w:r>
    </w:p>
    <w:p w14:paraId="1B10D0A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Obowiązkowe lekcje kończą się najpóźniej o godzinie 14:40.</w:t>
      </w:r>
    </w:p>
    <w:p w14:paraId="6F21CF7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Uczniowie mogą uczestniczyć w zajęciach pozalekcyjnych.</w:t>
      </w:r>
    </w:p>
    <w:p w14:paraId="7F1FF90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Dla uczniów potrzebujących wsparcia organizujemy bezpłatne zajęcia wyrównawcze i terapeutyczne.</w:t>
      </w:r>
    </w:p>
    <w:p w14:paraId="08A1F07E" w14:textId="77777777" w:rsidR="00E22330" w:rsidRPr="007073CF" w:rsidRDefault="00000000" w:rsidP="007073CF">
      <w:pPr>
        <w:pStyle w:val="Nagwek1"/>
      </w:pPr>
      <w:r w:rsidRPr="007073CF">
        <w:t>Priorytety wychowawcze</w:t>
      </w:r>
    </w:p>
    <w:p w14:paraId="4793CEFD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wychowanie patriotyczne i obywatelskie;</w:t>
      </w:r>
    </w:p>
    <w:p w14:paraId="0C78A91D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przeciwdziałanie agresji;</w:t>
      </w:r>
    </w:p>
    <w:p w14:paraId="0BFC71E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wspieranie samorządnej działalności uczniów;</w:t>
      </w:r>
    </w:p>
    <w:p w14:paraId="6EAAD035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rozwijanie czytelnictwa;</w:t>
      </w:r>
    </w:p>
    <w:p w14:paraId="2A0275EB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uczenie bezpiecznego korzystania z internetu;</w:t>
      </w:r>
    </w:p>
    <w:p w14:paraId="3B728B2B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przestrzeganie zasad bezpiecznego zachowania;</w:t>
      </w:r>
    </w:p>
    <w:p w14:paraId="3451BF72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kulturalne komunikowanie się z dorosłymi i rówieśnikami;</w:t>
      </w:r>
    </w:p>
    <w:p w14:paraId="3F2A558D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umiejętność pracy w zespole;</w:t>
      </w:r>
    </w:p>
    <w:p w14:paraId="5620D398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szacunek dla innych osób;</w:t>
      </w:r>
    </w:p>
    <w:p w14:paraId="44625219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rozwijanie umiejętności komunikacji;</w:t>
      </w:r>
    </w:p>
    <w:p w14:paraId="0AF467CC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dbanie o tradycje szkoły, miasta, regionu i Polski;</w:t>
      </w:r>
    </w:p>
    <w:p w14:paraId="5D3EA10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gotowość do pomocy innym w sytuacjach zagrożenia;</w:t>
      </w:r>
    </w:p>
    <w:p w14:paraId="46B3571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nabywanie umiejętności potrzebnych do udzielania pierwszej pomocy.</w:t>
      </w:r>
    </w:p>
    <w:p w14:paraId="691FE763" w14:textId="77777777" w:rsidR="00E22330" w:rsidRPr="007073CF" w:rsidRDefault="00000000" w:rsidP="007073CF">
      <w:pPr>
        <w:pStyle w:val="Nagwek1"/>
      </w:pPr>
      <w:r w:rsidRPr="007073CF">
        <w:t>Kadra pedagogiczna</w:t>
      </w:r>
    </w:p>
    <w:p w14:paraId="07FCB45C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Nauczyciele prowadzą zajęcia zgodnie z programami nauczania.</w:t>
      </w:r>
    </w:p>
    <w:p w14:paraId="049FD669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Nauczyciele systematycznie podnoszą swoje kwalifikacje.</w:t>
      </w:r>
    </w:p>
    <w:p w14:paraId="02F13B56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pracy z uczniami stosują różne metody nauczania.</w:t>
      </w:r>
    </w:p>
    <w:p w14:paraId="7B7E06C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Sprawdzają i oceniają poziom wiedzy oraz umiejętności uczniów.</w:t>
      </w:r>
    </w:p>
    <w:p w14:paraId="2CD673B5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Prowadzą dodatkowe zajęcia dla uczniów szczególnie uzdolnionych.</w:t>
      </w:r>
    </w:p>
    <w:p w14:paraId="3A21C3E4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lastRenderedPageBreak/>
        <w:t>• Prowadzą zajęcia wyrównawcze dla uczniów potrzebujących wsparcia.</w:t>
      </w:r>
    </w:p>
    <w:p w14:paraId="3C64D333" w14:textId="77777777" w:rsidR="00E22330" w:rsidRPr="007073CF" w:rsidRDefault="00000000" w:rsidP="007073CF">
      <w:pPr>
        <w:pStyle w:val="Nagwek1"/>
      </w:pPr>
      <w:r w:rsidRPr="007073CF">
        <w:t>Sale, pracownie i biblioteka</w:t>
      </w:r>
    </w:p>
    <w:p w14:paraId="03072F69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W szkole są 22 sale lekcyjne.</w:t>
      </w:r>
    </w:p>
    <w:p w14:paraId="45B2877E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szkole są 2 pracownie komputerowe.</w:t>
      </w:r>
    </w:p>
    <w:p w14:paraId="6D04B707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Biblioteka szkolna ma czytelnię.</w:t>
      </w:r>
    </w:p>
    <w:p w14:paraId="68EE789C" w14:textId="77777777" w:rsidR="00E22330" w:rsidRPr="007073CF" w:rsidRDefault="00000000" w:rsidP="007073CF">
      <w:pPr>
        <w:pStyle w:val="Nagwek1"/>
      </w:pPr>
      <w:r w:rsidRPr="007073CF">
        <w:t>Miejsca do sportu</w:t>
      </w:r>
    </w:p>
    <w:p w14:paraId="1F95D642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Szkoła ma salę gimnastyczną.</w:t>
      </w:r>
    </w:p>
    <w:p w14:paraId="524976CB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Szkoła ma halę sportową.</w:t>
      </w:r>
    </w:p>
    <w:p w14:paraId="675F3B4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Przy szkole znajduje się ogrodzony plac zabaw dla młodszych dzieci.</w:t>
      </w:r>
    </w:p>
    <w:p w14:paraId="4B715A4C" w14:textId="77777777" w:rsidR="00E22330" w:rsidRPr="007073CF" w:rsidRDefault="00000000" w:rsidP="007073CF">
      <w:pPr>
        <w:pStyle w:val="Nagwek1"/>
      </w:pPr>
      <w:r w:rsidRPr="007073CF">
        <w:t>Świetlica szkolna</w:t>
      </w:r>
    </w:p>
    <w:p w14:paraId="56A1F119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Świetlica jest czynna od godziny 7:00 do 17:00.</w:t>
      </w:r>
    </w:p>
    <w:p w14:paraId="1DAB1D9B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Dla uczniów klas 1-3 działa kilka grup świetlicowych.</w:t>
      </w:r>
    </w:p>
    <w:p w14:paraId="489B8EC3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Każda grupa korzysta z własnej sali lekcyjno-świetlicowej.</w:t>
      </w:r>
    </w:p>
    <w:p w14:paraId="12C0A54F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świetlicy odbywają się zajęcia plastyczne, muzyczne, komputerowe i taneczne.</w:t>
      </w:r>
    </w:p>
    <w:p w14:paraId="039292B5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Uczniowie mogą uczestniczyć w grach i zabawach, zajęciach czytelniczych oraz korzystać z pomocy w nauce i odrabianiu zadań domowych.</w:t>
      </w:r>
    </w:p>
    <w:p w14:paraId="2912D66A" w14:textId="77777777" w:rsidR="00E22330" w:rsidRPr="007073CF" w:rsidRDefault="00000000" w:rsidP="007073CF">
      <w:pPr>
        <w:pStyle w:val="Nagwek1"/>
      </w:pPr>
      <w:r w:rsidRPr="007073CF">
        <w:t>Jedzenie w szkole</w:t>
      </w:r>
    </w:p>
    <w:p w14:paraId="52B85DE0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Posiłki są przygotowywane na miejscu przez pracowników szkoły.</w:t>
      </w:r>
    </w:p>
    <w:p w14:paraId="05F62B27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Posiłki są przygotowywane zgodnie z zasadami higieny i systemem HACCP.</w:t>
      </w:r>
    </w:p>
    <w:p w14:paraId="4FE2234D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Stołówka szkolna wydaje obiady.</w:t>
      </w:r>
    </w:p>
    <w:p w14:paraId="31711A4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W sklepiku szkolnym można kupić drobne przekąski, zapiekanki, kanapki, soki i ciepłe napoje.</w:t>
      </w:r>
    </w:p>
    <w:p w14:paraId="5B0A5023" w14:textId="77777777" w:rsidR="00E22330" w:rsidRPr="007073CF" w:rsidRDefault="00000000" w:rsidP="007073CF">
      <w:pPr>
        <w:pStyle w:val="Nagwek1"/>
      </w:pPr>
      <w:r w:rsidRPr="007073CF">
        <w:t>Opieka zdrowotna</w:t>
      </w:r>
    </w:p>
    <w:p w14:paraId="35B144F4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Pielęgniarka szkolna pracuje 3 dni w tygodniu.</w:t>
      </w:r>
    </w:p>
    <w:p w14:paraId="6CAF103E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Opieka stomatologiczna jest dostępna 4 dni w tygodniu.</w:t>
      </w:r>
    </w:p>
    <w:p w14:paraId="130EFEEE" w14:textId="77777777" w:rsidR="00E22330" w:rsidRPr="007073CF" w:rsidRDefault="00000000" w:rsidP="007073CF">
      <w:pPr>
        <w:pStyle w:val="Nagwek1"/>
      </w:pPr>
      <w:r w:rsidRPr="007073CF">
        <w:lastRenderedPageBreak/>
        <w:t>Życie szkoły</w:t>
      </w:r>
    </w:p>
    <w:p w14:paraId="4156B339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Uczniowie biorą udział w zawodach sportowych, konkursach i imprezach szkolnych.</w:t>
      </w:r>
    </w:p>
    <w:p w14:paraId="3626657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Klasy organizują także własne wydarzenia i zabawy.</w:t>
      </w:r>
    </w:p>
    <w:p w14:paraId="7A0FD601" w14:textId="77777777" w:rsidR="00E22330" w:rsidRPr="007073CF" w:rsidRDefault="00000000" w:rsidP="007073CF">
      <w:pPr>
        <w:pStyle w:val="Nagwek1"/>
      </w:pPr>
      <w:r w:rsidRPr="007073CF">
        <w:t>Wsparcie dla rodziców</w:t>
      </w:r>
    </w:p>
    <w:p w14:paraId="4C91D8A7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b/>
        </w:rPr>
        <w:t xml:space="preserve">• </w:t>
      </w:r>
      <w:r w:rsidRPr="007073CF">
        <w:rPr>
          <w:rFonts w:ascii="Arial Narrow" w:hAnsi="Arial Narrow"/>
          <w:sz w:val="26"/>
          <w:szCs w:val="26"/>
        </w:rPr>
        <w:t>Rodzice uczniów mogą korzystać z zasobów biblioteki szkolnej.</w:t>
      </w:r>
    </w:p>
    <w:p w14:paraId="123154E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Szkoła organizuje warsztaty i spotkania dla rodziców.</w:t>
      </w:r>
    </w:p>
    <w:p w14:paraId="09934B1C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Podczas spotkań rodzice poznają sposoby pracy z dzieckiem oraz metody zapobiegania zagrożeniom.</w:t>
      </w:r>
    </w:p>
    <w:p w14:paraId="72B52A31" w14:textId="77777777" w:rsidR="00E22330" w:rsidRPr="007073CF" w:rsidRDefault="00000000" w:rsidP="007073CF">
      <w:pPr>
        <w:pStyle w:val="Nagwek1"/>
      </w:pPr>
      <w:r w:rsidRPr="007073CF">
        <w:t>Jak się z nami skontaktować?</w:t>
      </w:r>
    </w:p>
    <w:p w14:paraId="2B207C68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Telefon: 42 226 24 40 lub 512 109 418.</w:t>
      </w:r>
    </w:p>
    <w:p w14:paraId="18517D1F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E-mail: sekretariat@sp13pabianice.pl</w:t>
      </w:r>
    </w:p>
    <w:p w14:paraId="0939D1DA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Pismo można wysłać na adres:</w:t>
      </w:r>
    </w:p>
    <w:p w14:paraId="0A344588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Szkoła Podstawowa nr 13 im. Stefanii Sempołowskiej</w:t>
      </w:r>
      <w:r w:rsidRPr="007073CF">
        <w:rPr>
          <w:rFonts w:ascii="Arial Narrow" w:hAnsi="Arial Narrow"/>
          <w:sz w:val="26"/>
          <w:szCs w:val="26"/>
        </w:rPr>
        <w:br/>
        <w:t>ul. Jana Pawła II 16</w:t>
      </w:r>
      <w:r w:rsidRPr="007073CF">
        <w:rPr>
          <w:rFonts w:ascii="Arial Narrow" w:hAnsi="Arial Narrow"/>
          <w:sz w:val="26"/>
          <w:szCs w:val="26"/>
        </w:rPr>
        <w:br/>
        <w:t>95-200 Pabianice</w:t>
      </w:r>
      <w:r w:rsidRPr="007073CF">
        <w:rPr>
          <w:rFonts w:ascii="Arial Narrow" w:hAnsi="Arial Narrow"/>
          <w:sz w:val="26"/>
          <w:szCs w:val="26"/>
        </w:rPr>
        <w:br/>
      </w:r>
    </w:p>
    <w:p w14:paraId="125C21C4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Pismo można również przynieść do sekretariatu szkoły.</w:t>
      </w:r>
    </w:p>
    <w:p w14:paraId="738807E2" w14:textId="77777777" w:rsidR="00E22330" w:rsidRPr="007073CF" w:rsidRDefault="00000000" w:rsidP="007073CF">
      <w:pPr>
        <w:pStyle w:val="ListaSP13"/>
        <w:spacing w:after="0" w:line="360" w:lineRule="auto"/>
        <w:rPr>
          <w:rFonts w:ascii="Arial Narrow" w:hAnsi="Arial Narrow"/>
          <w:sz w:val="26"/>
          <w:szCs w:val="26"/>
        </w:rPr>
      </w:pPr>
      <w:r w:rsidRPr="007073CF">
        <w:rPr>
          <w:rFonts w:ascii="Arial Narrow" w:hAnsi="Arial Narrow"/>
          <w:sz w:val="26"/>
          <w:szCs w:val="26"/>
        </w:rPr>
        <w:t>• Sekretariat jest otwarty od godziny 7:30 do 15:00.</w:t>
      </w:r>
    </w:p>
    <w:sectPr w:rsidR="00E22330" w:rsidRPr="007073CF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D82CA" w14:textId="77777777" w:rsidR="00D37137" w:rsidRDefault="00D37137">
      <w:pPr>
        <w:spacing w:after="0" w:line="240" w:lineRule="auto"/>
      </w:pPr>
      <w:r>
        <w:separator/>
      </w:r>
    </w:p>
  </w:endnote>
  <w:endnote w:type="continuationSeparator" w:id="0">
    <w:p w14:paraId="2F947746" w14:textId="77777777" w:rsidR="00D37137" w:rsidRDefault="00D3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8629" w14:textId="77777777" w:rsidR="00E22330" w:rsidRDefault="00000000">
    <w:pPr>
      <w:pStyle w:val="Stopka"/>
      <w:jc w:val="center"/>
    </w:pPr>
    <w:r>
      <w:rPr>
        <w:sz w:val="18"/>
      </w:rPr>
      <w:t>Szkoła Podstawowa nr 13 im. Stefanii Sempołowskiej w Pabianicach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E6B65" w14:textId="77777777" w:rsidR="00D37137" w:rsidRDefault="00D37137">
      <w:pPr>
        <w:spacing w:after="0" w:line="240" w:lineRule="auto"/>
      </w:pPr>
      <w:r>
        <w:separator/>
      </w:r>
    </w:p>
  </w:footnote>
  <w:footnote w:type="continuationSeparator" w:id="0">
    <w:p w14:paraId="7C7FC0ED" w14:textId="77777777" w:rsidR="00D37137" w:rsidRDefault="00D37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143783">
    <w:abstractNumId w:val="8"/>
  </w:num>
  <w:num w:numId="2" w16cid:durableId="703943570">
    <w:abstractNumId w:val="6"/>
  </w:num>
  <w:num w:numId="3" w16cid:durableId="877745308">
    <w:abstractNumId w:val="5"/>
  </w:num>
  <w:num w:numId="4" w16cid:durableId="293408076">
    <w:abstractNumId w:val="4"/>
  </w:num>
  <w:num w:numId="5" w16cid:durableId="711687421">
    <w:abstractNumId w:val="7"/>
  </w:num>
  <w:num w:numId="6" w16cid:durableId="2053387355">
    <w:abstractNumId w:val="3"/>
  </w:num>
  <w:num w:numId="7" w16cid:durableId="1681203887">
    <w:abstractNumId w:val="2"/>
  </w:num>
  <w:num w:numId="8" w16cid:durableId="643316963">
    <w:abstractNumId w:val="1"/>
  </w:num>
  <w:num w:numId="9" w16cid:durableId="146808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750"/>
    <w:rsid w:val="0029639D"/>
    <w:rsid w:val="00326F90"/>
    <w:rsid w:val="007073CF"/>
    <w:rsid w:val="00AA1D8D"/>
    <w:rsid w:val="00B47730"/>
    <w:rsid w:val="00CB0664"/>
    <w:rsid w:val="00D37137"/>
    <w:rsid w:val="00E223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C6628"/>
  <w14:defaultImageDpi w14:val="300"/>
  <w15:docId w15:val="{3635C9D6-CF54-4535-BD53-E2E2BEF6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73CF"/>
    <w:pPr>
      <w:spacing w:after="120" w:line="269" w:lineRule="auto"/>
    </w:pPr>
    <w:rPr>
      <w:rFonts w:ascii="Arial" w:hAnsi="Arial"/>
      <w:sz w:val="28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73CF"/>
    <w:pPr>
      <w:keepNext/>
      <w:keepLines/>
      <w:spacing w:before="240" w:after="240"/>
      <w:outlineLvl w:val="0"/>
    </w:pPr>
    <w:rPr>
      <w:rFonts w:ascii="Arial Narrow" w:eastAsiaTheme="majorEastAsia" w:hAnsi="Arial Narrow" w:cstheme="majorBidi"/>
      <w:b/>
      <w:bCs/>
      <w:color w:val="006600"/>
      <w:sz w:val="3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073CF"/>
    <w:rPr>
      <w:rFonts w:ascii="Arial Narrow" w:eastAsiaTheme="majorEastAsia" w:hAnsi="Arial Narrow" w:cstheme="majorBidi"/>
      <w:b/>
      <w:bCs/>
      <w:color w:val="006600"/>
      <w:sz w:val="36"/>
      <w:szCs w:val="2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aSP13">
    <w:name w:val="Lista SP13"/>
    <w:basedOn w:val="Normalny"/>
    <w:pPr>
      <w:spacing w:after="80"/>
      <w:ind w:left="454" w:hanging="227"/>
    </w:pPr>
    <w:rPr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688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nas - tekst do odczytu maszynowego - SP13 Pabianice</dc:title>
  <dc:subject>Dostępna cyfrowo informacja o Szkole Podstawowej nr 13 im. Stefanii Sempołowskiej w Pabianicach</dc:subject>
  <dc:creator>Szkoła Podstawowa nr 13 im. Stefanii Sempołowskiej w Pabianicach</dc:creator>
  <cp:keywords/>
  <dc:description>generated by python-docx</dc:description>
  <cp:lastModifiedBy>MonkaTe</cp:lastModifiedBy>
  <cp:revision>2</cp:revision>
  <dcterms:created xsi:type="dcterms:W3CDTF">2026-10-07T15:40:00Z</dcterms:created>
  <dcterms:modified xsi:type="dcterms:W3CDTF">2026-10-07T15:40:00Z</dcterms:modified>
  <cp:category/>
</cp:coreProperties>
</file>