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2405A" w14:textId="4333E34C" w:rsidR="00997E72" w:rsidRDefault="00A62E14">
      <w:pPr>
        <w:pStyle w:val="Tytu"/>
        <w:keepNext w:val="0"/>
        <w:spacing w:line="360" w:lineRule="auto"/>
      </w:pPr>
      <w:r>
        <w:rPr>
          <w:rFonts w:ascii="Arial Narrow" w:hAnsi="Arial Narrow"/>
        </w:rPr>
        <w:t>Tekst łatwy do czytania z rozumienia</w:t>
      </w:r>
    </w:p>
    <w:p w14:paraId="604B3430" w14:textId="77777777" w:rsidR="00A62E14" w:rsidRDefault="00A62E14">
      <w:pPr>
        <w:spacing w:line="360" w:lineRule="auto"/>
        <w:rPr>
          <w:b/>
          <w:sz w:val="28"/>
        </w:rPr>
      </w:pPr>
      <w:r w:rsidRPr="00A62E14">
        <w:rPr>
          <w:b/>
          <w:sz w:val="28"/>
        </w:rPr>
        <w:t>Szkoła Podstawowa nr 13 im. Stefanii Sempołowskiej w Pabianicach</w:t>
      </w:r>
    </w:p>
    <w:p w14:paraId="0E1FE4E5" w14:textId="1F24C2A0" w:rsidR="00997E72" w:rsidRDefault="00000000">
      <w:pPr>
        <w:spacing w:line="360" w:lineRule="auto"/>
        <w:rPr>
          <w:rFonts w:hint="eastAsia"/>
        </w:rPr>
      </w:pPr>
      <w:r>
        <w:t>W tym dokumencie znajdziesz najważniejsze informacje o naszej szkole.</w:t>
      </w:r>
    </w:p>
    <w:p w14:paraId="789CDECF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Najważniejsze informacje</w:t>
      </w:r>
    </w:p>
    <w:p w14:paraId="351C9F3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>• Adres szkoły:</w:t>
      </w:r>
      <w:r>
        <w:t xml:space="preserve"> ul. Jana Pawła II 16, 95-200 Pabianice.</w:t>
      </w:r>
    </w:p>
    <w:p w14:paraId="2613D52C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Budynek ma 2 piętra.</w:t>
      </w:r>
    </w:p>
    <w:p w14:paraId="61E5BF91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Do głównego wejścia prowadzą schody i podjazd.</w:t>
      </w:r>
    </w:p>
    <w:p w14:paraId="45F2FB9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Główne wejście jest dostępne dla osób z niepełnosprawnościami.</w:t>
      </w:r>
    </w:p>
    <w:p w14:paraId="15A98DA5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Do szkoły można dojechać autobusami linii 3 i 5.</w:t>
      </w:r>
    </w:p>
    <w:p w14:paraId="24ABAD9D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Najbliższe przystanki to „Jana Pawła II/Bardowskiego” i „Grabowa/Jana Pawła II”.</w:t>
      </w:r>
    </w:p>
    <w:p w14:paraId="69301C2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Przystanki są około 200 metrów od szkoły.</w:t>
      </w:r>
    </w:p>
    <w:p w14:paraId="75B3EB63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O szkole</w:t>
      </w:r>
    </w:p>
    <w:p w14:paraId="125A2729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Nasza szkoła jest szkołą publiczną. Nauka w szkole jest bezpłatna.</w:t>
      </w:r>
    </w:p>
    <w:p w14:paraId="279CFC7B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Uczniowie uczą się zgodnie z planem nauczania i podstawą programową.</w:t>
      </w:r>
    </w:p>
    <w:p w14:paraId="4C8EB115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Do szkoły przyjmujemy uczniów zgodnie z zasadami rekrutacji.</w:t>
      </w:r>
    </w:p>
    <w:p w14:paraId="192C4786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mają odpowiednie kwalifikacje.</w:t>
      </w:r>
    </w:p>
    <w:p w14:paraId="52C0B1CD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oceniają uczniów zgodnie z zasadami.</w:t>
      </w:r>
    </w:p>
    <w:p w14:paraId="4571E24F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W szkole organizujemy egzaminy i sprawdziany.</w:t>
      </w:r>
    </w:p>
    <w:p w14:paraId="3D03CC90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Oferta edukacyjna</w:t>
      </w:r>
    </w:p>
    <w:p w14:paraId="55CB7E5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Dbamy o rozwój dzieci.</w:t>
      </w:r>
    </w:p>
    <w:p w14:paraId="7AB9A045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Bierzemy udział w programach edukacyjnych.</w:t>
      </w:r>
    </w:p>
    <w:p w14:paraId="3E4675C5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Organizujemy konkursy dla uczniów.</w:t>
      </w:r>
    </w:p>
    <w:p w14:paraId="3020E667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Szkoła i jej otoczenie są monitorowane.</w:t>
      </w:r>
    </w:p>
    <w:p w14:paraId="7933BD1B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lastRenderedPageBreak/>
        <w:t xml:space="preserve">• </w:t>
      </w:r>
      <w:r>
        <w:t>Lekcje kończą się najpóźniej o godzinie 14:40.</w:t>
      </w:r>
    </w:p>
    <w:p w14:paraId="50EA9DC8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Uczniowie mogą brać udział w zajęciach artystycznych, sportowych i komputerowych.</w:t>
      </w:r>
    </w:p>
    <w:p w14:paraId="53B3EDED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Prowadzimy zajęcia wyrównawcze i terapeutyczne dla uczniów, którzy ich potrzebują.</w:t>
      </w:r>
    </w:p>
    <w:p w14:paraId="38BB88FF" w14:textId="77777777" w:rsidR="00997E72" w:rsidRDefault="00997E72">
      <w:pPr>
        <w:spacing w:line="360" w:lineRule="auto"/>
        <w:rPr>
          <w:rFonts w:hint="eastAsia"/>
        </w:rPr>
      </w:pPr>
    </w:p>
    <w:p w14:paraId="0D8367B2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Nasze cele wychowawcze</w:t>
      </w:r>
    </w:p>
    <w:p w14:paraId="052DCEF7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 szacunku do Polski i odpowiedzialności za wspólne sprawy.</w:t>
      </w:r>
    </w:p>
    <w:p w14:paraId="49698F27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Uczymy, jak zapobiegać agresji.</w:t>
      </w:r>
    </w:p>
    <w:p w14:paraId="71A5B89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 współpracy i dobrej komunikacji.</w:t>
      </w:r>
    </w:p>
    <w:p w14:paraId="7DA64DA4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Zachęcamy uczniów do czytania.</w:t>
      </w:r>
    </w:p>
    <w:p w14:paraId="6FFD8AFB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Uczymy, jak bezpiecznie korzystać z internetu.</w:t>
      </w:r>
    </w:p>
    <w:p w14:paraId="6CC9A981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 szacunku do tradycji szkoły, Pabianic, regionu i Polski.</w:t>
      </w:r>
    </w:p>
    <w:p w14:paraId="0F78B07A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 szacunku do innych osób i dobrych manier.</w:t>
      </w:r>
    </w:p>
    <w:p w14:paraId="2417007A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 pracy w zespole.</w:t>
      </w:r>
    </w:p>
    <w:p w14:paraId="217A1F17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Uczymy podstaw udzielania pierwszej pomocy.</w:t>
      </w:r>
    </w:p>
    <w:p w14:paraId="650775DE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Nauczyciele</w:t>
      </w:r>
    </w:p>
    <w:p w14:paraId="6A41AE8C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uczą zgodnie z programem nauczania.</w:t>
      </w:r>
    </w:p>
    <w:p w14:paraId="74D21616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stale podnoszą swoje kwalifikacje.</w:t>
      </w:r>
    </w:p>
    <w:p w14:paraId="3AA6330B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stosują nowe i ciekawe metody prowadzenia zajęć.</w:t>
      </w:r>
    </w:p>
    <w:p w14:paraId="1500F9F3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sprawdzają, czego uczniowie się nauczyli.</w:t>
      </w:r>
    </w:p>
    <w:p w14:paraId="6181A7A8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sprawdzają też, w czym uczniowie potrzebują pomocy.</w:t>
      </w:r>
    </w:p>
    <w:p w14:paraId="4609C3B4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Nauczyciele prowadzą zajęcia rozwijające i wyrównawcze.</w:t>
      </w:r>
    </w:p>
    <w:p w14:paraId="7FA5AAE7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Opis szkoły</w:t>
      </w:r>
    </w:p>
    <w:p w14:paraId="119A49F2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Szkoła znajduje się na osiedlu Piaski.</w:t>
      </w:r>
    </w:p>
    <w:p w14:paraId="67137D49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Budynek szkoły jest częściowo dostępny dla osób z niepełnosprawnościami.</w:t>
      </w:r>
    </w:p>
    <w:p w14:paraId="71BA5872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lastRenderedPageBreak/>
        <w:t xml:space="preserve">• </w:t>
      </w:r>
      <w:r>
        <w:t>Zajęcia odbywają się od godziny 8:00 do 14:40.</w:t>
      </w:r>
    </w:p>
    <w:p w14:paraId="14E00215" w14:textId="77777777" w:rsidR="00997E72" w:rsidRDefault="00997E72">
      <w:pPr>
        <w:spacing w:line="360" w:lineRule="auto"/>
        <w:rPr>
          <w:rFonts w:hint="eastAsia"/>
        </w:rPr>
      </w:pPr>
    </w:p>
    <w:p w14:paraId="70BC8C0F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Sale i miejsca w szkole</w:t>
      </w:r>
    </w:p>
    <w:p w14:paraId="0C5610A4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W szkole są 22 sale lekcyjne.</w:t>
      </w:r>
    </w:p>
    <w:p w14:paraId="5CC91A59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Mamy 2 pracownie komputerowe.</w:t>
      </w:r>
    </w:p>
    <w:p w14:paraId="2A04C012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Mamy bibliotekę z czytelnią.</w:t>
      </w:r>
    </w:p>
    <w:p w14:paraId="1349300F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Miejsca do sportu</w:t>
      </w:r>
    </w:p>
    <w:p w14:paraId="79C567CB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W szkole jest sala gimnastyczna.</w:t>
      </w:r>
    </w:p>
    <w:p w14:paraId="252BC75E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Mamy także halę sportową.</w:t>
      </w:r>
    </w:p>
    <w:p w14:paraId="1B8C14ED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Przy szkole jest plac zabaw.</w:t>
      </w:r>
    </w:p>
    <w:p w14:paraId="680B8F47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Świetlica szkolna</w:t>
      </w:r>
    </w:p>
    <w:p w14:paraId="1E84861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Świetlica jest otwarta od godziny 7:00 do 17:00.</w:t>
      </w:r>
    </w:p>
    <w:p w14:paraId="5D17E389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Uczniowie klas 1–3 są podzieleni na kilka grup świetlicowych.</w:t>
      </w:r>
    </w:p>
    <w:p w14:paraId="7880E2CC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Każda grupa ma własną salę lekcyjno-świetlicową.</w:t>
      </w:r>
    </w:p>
    <w:p w14:paraId="038998C2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W świetlicy są zajęcia plastyczne, muzyczne, komputerowe i taneczne.</w:t>
      </w:r>
    </w:p>
    <w:p w14:paraId="50B60CA3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Uczniowie mogą także grać, bawić się i otrzymać pomoc w nauce.</w:t>
      </w:r>
    </w:p>
    <w:p w14:paraId="730FB1F6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Jedzenie w szkole</w:t>
      </w:r>
    </w:p>
    <w:p w14:paraId="3C2B2806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Posiłki są przygotowywane na miejscu przez pracowników szkoły.</w:t>
      </w:r>
    </w:p>
    <w:p w14:paraId="5EAB392E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Posiłki są przygotowywane zgodnie z zasadami higieny.</w:t>
      </w:r>
    </w:p>
    <w:p w14:paraId="69BD9318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W stołówce uczniowie mogą zjeść obiad.</w:t>
      </w:r>
    </w:p>
    <w:p w14:paraId="28C0E373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W sklepiku można kupić przekąski i napoje.</w:t>
      </w:r>
    </w:p>
    <w:p w14:paraId="0AE2838E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Opieka zdrowotna</w:t>
      </w:r>
    </w:p>
    <w:p w14:paraId="2EDD8AB8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Pielęgniarka jest w szkole 3 dni w tygodniu.</w:t>
      </w:r>
    </w:p>
    <w:p w14:paraId="041F8E2A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lastRenderedPageBreak/>
        <w:t xml:space="preserve">• </w:t>
      </w:r>
      <w:r>
        <w:t>Dentysta jest w szkole 4 dni w tygodniu.</w:t>
      </w:r>
    </w:p>
    <w:p w14:paraId="499D8227" w14:textId="77777777" w:rsidR="00997E72" w:rsidRDefault="00997E72">
      <w:pPr>
        <w:spacing w:line="360" w:lineRule="auto"/>
        <w:rPr>
          <w:rFonts w:hint="eastAsia"/>
        </w:rPr>
      </w:pPr>
    </w:p>
    <w:p w14:paraId="3A96E20B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Dodatkowe atrakcje</w:t>
      </w:r>
    </w:p>
    <w:p w14:paraId="496A8B99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Szkoła to nie tylko nauka.</w:t>
      </w:r>
    </w:p>
    <w:p w14:paraId="177A50FD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Uczniowie mają wiele okazji do wspólnej zabawy.</w:t>
      </w:r>
    </w:p>
    <w:p w14:paraId="4A81BCAC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Każdego roku organizujemy zawody sportowe.</w:t>
      </w:r>
    </w:p>
    <w:p w14:paraId="6E2FE64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Organizujemy konkursy i różne szkolne imprezy.</w:t>
      </w:r>
    </w:p>
    <w:p w14:paraId="3EA1284D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Każda klasa organizuje także własne zabawy.</w:t>
      </w:r>
    </w:p>
    <w:p w14:paraId="4793DFF9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Rodzice</w:t>
      </w:r>
    </w:p>
    <w:p w14:paraId="0F0430AC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Rodzice uczniów mogą korzystać z zasobów szkolnej biblioteki.</w:t>
      </w:r>
    </w:p>
    <w:p w14:paraId="2ECBE877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Organizujemy warsztaty i spotkania dla rodziców.</w:t>
      </w:r>
    </w:p>
    <w:p w14:paraId="5FA1D6A0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Podczas spotkań rodzice poznają sposoby pracy z dzieckiem.</w:t>
      </w:r>
    </w:p>
    <w:p w14:paraId="5EB39735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Rodzice poznają także sposoby unikania zagrożeń.</w:t>
      </w:r>
    </w:p>
    <w:p w14:paraId="2ABCB95A" w14:textId="77777777" w:rsidR="00997E72" w:rsidRDefault="00000000">
      <w:pPr>
        <w:pStyle w:val="Nagwek1"/>
        <w:keepLines w:val="0"/>
      </w:pPr>
      <w:r>
        <w:rPr>
          <w:rFonts w:ascii="Arial Narrow" w:hAnsi="Arial Narrow"/>
        </w:rPr>
        <w:t>Jak się z nami skontaktować?</w:t>
      </w:r>
    </w:p>
    <w:p w14:paraId="251F7728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>• Telefon:</w:t>
      </w:r>
      <w:r>
        <w:t xml:space="preserve"> 42 226 24 40 lub 512 109 418.</w:t>
      </w:r>
    </w:p>
    <w:p w14:paraId="432AFB9E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>• E-mail:</w:t>
      </w:r>
      <w:r>
        <w:t xml:space="preserve"> sekretariat@sp13pabianice.pl</w:t>
      </w:r>
    </w:p>
    <w:p w14:paraId="6303BE2E" w14:textId="77777777" w:rsidR="00997E72" w:rsidRDefault="00000000">
      <w:pPr>
        <w:spacing w:line="360" w:lineRule="auto"/>
        <w:rPr>
          <w:rFonts w:hint="eastAsia"/>
        </w:rPr>
      </w:pPr>
      <w:r>
        <w:t>Możesz napisać pismo i wysłać je na adres:</w:t>
      </w:r>
    </w:p>
    <w:p w14:paraId="21A3C620" w14:textId="77777777" w:rsidR="00997E72" w:rsidRDefault="00000000">
      <w:pPr>
        <w:spacing w:line="360" w:lineRule="auto"/>
        <w:ind w:left="397"/>
        <w:rPr>
          <w:rFonts w:hint="eastAsia"/>
        </w:rPr>
      </w:pPr>
      <w:r>
        <w:rPr>
          <w:b/>
        </w:rPr>
        <w:t>Szkoła Podstawowa nr 13 im. Stefanii Sempołowskiej</w:t>
      </w:r>
      <w:r>
        <w:rPr>
          <w:b/>
        </w:rPr>
        <w:br/>
      </w:r>
      <w:r>
        <w:t>ul. Jana Pawła II 16</w:t>
      </w:r>
      <w:r>
        <w:br/>
        <w:t>95-200 Pabianice</w:t>
      </w:r>
      <w:r>
        <w:br/>
      </w:r>
    </w:p>
    <w:p w14:paraId="22F4842E" w14:textId="77777777" w:rsidR="00997E72" w:rsidRDefault="00000000">
      <w:pPr>
        <w:spacing w:line="360" w:lineRule="auto"/>
        <w:rPr>
          <w:rFonts w:hint="eastAsia"/>
        </w:rPr>
      </w:pPr>
      <w:r>
        <w:t>Możesz także przynieść pismo do sekretariatu.</w:t>
      </w:r>
    </w:p>
    <w:p w14:paraId="197FA84A" w14:textId="77777777" w:rsidR="00997E72" w:rsidRDefault="00000000">
      <w:pPr>
        <w:pStyle w:val="ETRBullet"/>
        <w:spacing w:line="360" w:lineRule="auto"/>
        <w:rPr>
          <w:rFonts w:hint="eastAsia"/>
        </w:rPr>
      </w:pPr>
      <w:r>
        <w:rPr>
          <w:b/>
        </w:rPr>
        <w:t xml:space="preserve">• </w:t>
      </w:r>
      <w:r>
        <w:t>Sekretariat jest otwarty od godziny 7:30 do 15:00.</w:t>
      </w:r>
    </w:p>
    <w:sectPr w:rsidR="00997E72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E5242" w14:textId="77777777" w:rsidR="005F74E1" w:rsidRDefault="005F74E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596128E" w14:textId="77777777" w:rsidR="005F74E1" w:rsidRDefault="005F74E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BBD3" w14:textId="77777777" w:rsidR="00997E72" w:rsidRDefault="00000000">
    <w:pPr>
      <w:pStyle w:val="Stopka"/>
      <w:jc w:val="center"/>
      <w:rPr>
        <w:rFonts w:hint="eastAsia"/>
      </w:rPr>
    </w:pPr>
    <w:r>
      <w:rPr>
        <w:sz w:val="18"/>
      </w:rPr>
      <w:t>Szkoła Podstawowa nr 13 im. Stefanii Sempołowskiej w Pabianicach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D320" w14:textId="77777777" w:rsidR="005F74E1" w:rsidRDefault="005F74E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D3AB83" w14:textId="77777777" w:rsidR="005F74E1" w:rsidRDefault="005F74E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2788783">
    <w:abstractNumId w:val="8"/>
  </w:num>
  <w:num w:numId="2" w16cid:durableId="1798641005">
    <w:abstractNumId w:val="6"/>
  </w:num>
  <w:num w:numId="3" w16cid:durableId="169490597">
    <w:abstractNumId w:val="5"/>
  </w:num>
  <w:num w:numId="4" w16cid:durableId="2073691841">
    <w:abstractNumId w:val="4"/>
  </w:num>
  <w:num w:numId="5" w16cid:durableId="1490515626">
    <w:abstractNumId w:val="7"/>
  </w:num>
  <w:num w:numId="6" w16cid:durableId="498933878">
    <w:abstractNumId w:val="3"/>
  </w:num>
  <w:num w:numId="7" w16cid:durableId="1799951605">
    <w:abstractNumId w:val="2"/>
  </w:num>
  <w:num w:numId="8" w16cid:durableId="1944412871">
    <w:abstractNumId w:val="1"/>
  </w:num>
  <w:num w:numId="9" w16cid:durableId="104012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4DFB"/>
    <w:rsid w:val="005F74E1"/>
    <w:rsid w:val="00997E72"/>
    <w:rsid w:val="00A62E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AA8BA"/>
  <w14:defaultImageDpi w14:val="300"/>
  <w15:docId w15:val="{88AB3109-DAF6-42FD-A343-B7C0940B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rial Narrow" w:hAnsi="Arial Narrow"/>
      <w:color w:val="000000"/>
      <w:sz w:val="26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006600"/>
      <w:sz w:val="3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color w:val="006600"/>
      <w:sz w:val="3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6600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TRBullet">
    <w:name w:val="ETR Bullet"/>
    <w:basedOn w:val="Normalny"/>
    <w:pPr>
      <w:spacing w:after="80"/>
      <w:ind w:left="454" w:hanging="2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Podstawowa nr 13 w Pabianicach – tekst łatwy do czytania i rozumienia</dc:title>
  <dc:subject>Informacje o szkole w wersji ETR</dc:subject>
  <dc:creator>Szkoła Podstawowa nr 13 im. Stefanii Sempołowskiej w Pabianicach</dc:creator>
  <cp:keywords/>
  <dc:description>generated by python-docx</dc:description>
  <cp:lastModifiedBy>MonkaTe</cp:lastModifiedBy>
  <cp:revision>2</cp:revision>
  <dcterms:created xsi:type="dcterms:W3CDTF">2026-10-07T15:56:00Z</dcterms:created>
  <dcterms:modified xsi:type="dcterms:W3CDTF">2026-10-07T15:56:00Z</dcterms:modified>
  <cp:category/>
</cp:coreProperties>
</file>